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9D8D5" w14:textId="77777777" w:rsidR="00D156BB" w:rsidRDefault="00000000">
      <w:pPr>
        <w:spacing w:after="20"/>
        <w:jc w:val="center"/>
      </w:pPr>
      <w:r>
        <w:rPr>
          <w:b/>
          <w:sz w:val="22"/>
        </w:rPr>
        <w:t>HOOKSETT HERITAGE COMMISSION</w:t>
      </w:r>
    </w:p>
    <w:p w14:paraId="3BA02CF6" w14:textId="77777777" w:rsidR="00D156BB" w:rsidRDefault="00000000">
      <w:pPr>
        <w:spacing w:after="20"/>
        <w:jc w:val="center"/>
      </w:pPr>
      <w:r>
        <w:rPr>
          <w:b/>
          <w:sz w:val="36"/>
        </w:rPr>
        <w:t>Historical Storyboard Unveiling &amp; Rededication</w:t>
      </w:r>
    </w:p>
    <w:p w14:paraId="0AE99B15" w14:textId="77777777" w:rsidR="00D156BB" w:rsidRDefault="00000000">
      <w:pPr>
        <w:spacing w:after="40"/>
        <w:jc w:val="center"/>
      </w:pPr>
      <w:r>
        <w:rPr>
          <w:b/>
          <w:sz w:val="40"/>
        </w:rPr>
        <w:t>ALFRED J. LAMBERT RIVERSIDE PARK</w:t>
      </w:r>
    </w:p>
    <w:p w14:paraId="3EEF3392" w14:textId="77777777" w:rsidR="00D156BB" w:rsidRDefault="00000000">
      <w:pPr>
        <w:spacing w:after="20"/>
        <w:jc w:val="center"/>
      </w:pPr>
      <w:r>
        <w:rPr>
          <w:i/>
          <w:sz w:val="22"/>
        </w:rPr>
        <w:t>Hooksett Village, New Hampshire</w:t>
      </w:r>
    </w:p>
    <w:p w14:paraId="799A31B1" w14:textId="77777777" w:rsidR="00D156BB" w:rsidRDefault="00000000">
      <w:pPr>
        <w:spacing w:after="80"/>
        <w:jc w:val="center"/>
      </w:pPr>
      <w:r>
        <w:rPr>
          <w:b/>
          <w:sz w:val="22"/>
        </w:rPr>
        <w:t>September 19, 2026</w:t>
      </w:r>
    </w:p>
    <w:p w14:paraId="2B714259" w14:textId="77777777" w:rsidR="00D156BB" w:rsidRDefault="00000000">
      <w:pPr>
        <w:spacing w:after="100"/>
        <w:ind w:left="648" w:right="648"/>
        <w:jc w:val="center"/>
      </w:pPr>
      <w:r>
        <w:rPr>
          <w:i/>
          <w:sz w:val="20"/>
        </w:rPr>
        <w:t>Please join us as we honor the many layers of history connected to this riverfront and formally rededicate Alfred J. Lambert Riverside Park.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D156BB" w14:paraId="5B88E7B8" w14:textId="77777777">
        <w:trPr>
          <w:jc w:val="center"/>
        </w:trPr>
        <w:tc>
          <w:tcPr>
            <w:tcW w:w="5328" w:type="dxa"/>
          </w:tcPr>
          <w:p w14:paraId="330B0B4D" w14:textId="77777777" w:rsidR="00D156BB" w:rsidRDefault="00D156BB"/>
          <w:p w14:paraId="49BD60F0" w14:textId="77777777" w:rsidR="00D156BB" w:rsidRDefault="00000000">
            <w:pPr>
              <w:spacing w:before="40" w:after="60"/>
              <w:jc w:val="center"/>
            </w:pPr>
            <w:r>
              <w:rPr>
                <w:b/>
                <w:sz w:val="22"/>
              </w:rPr>
              <w:t>ORDER OF CEREMONY</w:t>
            </w:r>
          </w:p>
          <w:p w14:paraId="013CBA79" w14:textId="77777777" w:rsidR="00D156BB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Welcome &amp; Opening Remarks</w:t>
            </w:r>
          </w:p>
          <w:p w14:paraId="11CA5AEC" w14:textId="77777777" w:rsidR="00D156BB" w:rsidRDefault="00000000">
            <w:pPr>
              <w:spacing w:after="60"/>
              <w:jc w:val="center"/>
            </w:pPr>
            <w:r>
              <w:rPr>
                <w:i/>
                <w:sz w:val="18"/>
              </w:rPr>
              <w:t>Carrie Hyde, Chairwoman</w:t>
            </w:r>
            <w:r>
              <w:rPr>
                <w:i/>
                <w:sz w:val="18"/>
              </w:rPr>
              <w:br/>
              <w:t>Hooksett Heritage Commission</w:t>
            </w:r>
          </w:p>
          <w:p w14:paraId="1B0ED499" w14:textId="77777777" w:rsidR="00D156BB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Pledge of Allegiance</w:t>
            </w:r>
          </w:p>
          <w:p w14:paraId="22FEADCA" w14:textId="77777777" w:rsidR="00D156BB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Opening Musical Selection</w:t>
            </w:r>
          </w:p>
          <w:p w14:paraId="1F5DE30F" w14:textId="77777777" w:rsidR="00D156BB" w:rsidRDefault="00000000">
            <w:pPr>
              <w:spacing w:after="60"/>
              <w:jc w:val="center"/>
            </w:pPr>
            <w:r>
              <w:rPr>
                <w:i/>
                <w:sz w:val="18"/>
              </w:rPr>
              <w:t>“New Hampshire Hills”</w:t>
            </w:r>
            <w:r>
              <w:rPr>
                <w:i/>
                <w:sz w:val="18"/>
              </w:rPr>
              <w:br/>
              <w:t>Performed by Lily Fitzpatrick</w:t>
            </w:r>
          </w:p>
          <w:p w14:paraId="6FDC68E9" w14:textId="77777777" w:rsidR="00D156BB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Remarks from the Town of Hooksett</w:t>
            </w:r>
          </w:p>
          <w:p w14:paraId="75B1AC83" w14:textId="77777777" w:rsidR="00D156BB" w:rsidRDefault="00000000">
            <w:pPr>
              <w:spacing w:after="60"/>
              <w:jc w:val="center"/>
            </w:pPr>
            <w:r>
              <w:rPr>
                <w:i/>
                <w:sz w:val="18"/>
              </w:rPr>
              <w:t>Town Council Chairwoman</w:t>
            </w:r>
          </w:p>
          <w:p w14:paraId="3C341B8B" w14:textId="77777777" w:rsidR="00D156BB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The Story Behind the Storyboards</w:t>
            </w:r>
          </w:p>
          <w:p w14:paraId="36118A60" w14:textId="77777777" w:rsidR="00D156BB" w:rsidRDefault="00000000">
            <w:pPr>
              <w:spacing w:after="60"/>
              <w:jc w:val="center"/>
            </w:pPr>
            <w:r>
              <w:rPr>
                <w:i/>
                <w:sz w:val="18"/>
              </w:rPr>
              <w:t>Antonio “Tony” LaCasse</w:t>
            </w:r>
            <w:r>
              <w:rPr>
                <w:i/>
                <w:sz w:val="18"/>
              </w:rPr>
              <w:br/>
              <w:t>Past Chairman, Hooksett Heritage Commission</w:t>
            </w:r>
          </w:p>
          <w:p w14:paraId="59F64769" w14:textId="77777777" w:rsidR="00D156BB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Recognizing the Research Behind the Project</w:t>
            </w:r>
          </w:p>
          <w:p w14:paraId="581E6C5F" w14:textId="77777777" w:rsidR="00D156BB" w:rsidRDefault="00000000">
            <w:pPr>
              <w:spacing w:after="60"/>
              <w:jc w:val="center"/>
            </w:pPr>
            <w:r>
              <w:rPr>
                <w:i/>
                <w:sz w:val="18"/>
              </w:rPr>
              <w:t>Abby Milonas</w:t>
            </w:r>
            <w:r>
              <w:rPr>
                <w:i/>
                <w:sz w:val="18"/>
              </w:rPr>
              <w:br/>
              <w:t>Project Researcher / Historian</w:t>
            </w:r>
          </w:p>
        </w:tc>
        <w:tc>
          <w:tcPr>
            <w:tcW w:w="5328" w:type="dxa"/>
          </w:tcPr>
          <w:p w14:paraId="22306190" w14:textId="77777777" w:rsidR="00D156BB" w:rsidRDefault="00D156BB"/>
          <w:p w14:paraId="351B9E1D" w14:textId="77777777" w:rsidR="00D156BB" w:rsidRDefault="00000000">
            <w:pPr>
              <w:spacing w:before="40" w:after="60"/>
              <w:jc w:val="center"/>
            </w:pPr>
            <w:r>
              <w:rPr>
                <w:b/>
                <w:sz w:val="22"/>
              </w:rPr>
              <w:t>STORYBOARD UNVEILINGS</w:t>
            </w:r>
          </w:p>
          <w:p w14:paraId="7F8D9F57" w14:textId="77777777" w:rsidR="00D156BB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Indigenous History</w:t>
            </w:r>
          </w:p>
          <w:p w14:paraId="7726C084" w14:textId="77777777" w:rsidR="00D156BB" w:rsidRDefault="00000000">
            <w:pPr>
              <w:spacing w:after="60"/>
              <w:jc w:val="center"/>
            </w:pPr>
            <w:r>
              <w:rPr>
                <w:i/>
                <w:sz w:val="18"/>
              </w:rPr>
              <w:t>Remarks by Paul and Denise Pouliot</w:t>
            </w:r>
            <w:r>
              <w:rPr>
                <w:i/>
                <w:sz w:val="18"/>
              </w:rPr>
              <w:br/>
              <w:t>Storyboard Unveiling &amp; Official Photograph</w:t>
            </w:r>
          </w:p>
          <w:p w14:paraId="24B48828" w14:textId="77777777" w:rsidR="00D156BB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The Dundee Mills</w:t>
            </w:r>
          </w:p>
          <w:p w14:paraId="3CD83847" w14:textId="77777777" w:rsidR="00D156BB" w:rsidRDefault="00000000">
            <w:pPr>
              <w:spacing w:after="60"/>
              <w:jc w:val="center"/>
            </w:pPr>
            <w:r>
              <w:rPr>
                <w:i/>
                <w:sz w:val="18"/>
              </w:rPr>
              <w:t>Remarks by Tom Hebert</w:t>
            </w:r>
            <w:r>
              <w:rPr>
                <w:i/>
                <w:sz w:val="18"/>
              </w:rPr>
              <w:br/>
              <w:t>Storyboard Unveiling &amp; Official Photograph</w:t>
            </w:r>
          </w:p>
          <w:p w14:paraId="4DF3DC26" w14:textId="77777777" w:rsidR="00D156BB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Alfred J. Lambert and Riverside Park</w:t>
            </w:r>
          </w:p>
          <w:p w14:paraId="1F518E46" w14:textId="77777777" w:rsidR="00D156BB" w:rsidRDefault="00000000">
            <w:pPr>
              <w:spacing w:after="60"/>
              <w:jc w:val="center"/>
            </w:pPr>
            <w:r>
              <w:rPr>
                <w:i/>
                <w:sz w:val="18"/>
              </w:rPr>
              <w:t>Remarks by the Lambert / Meyer Family</w:t>
            </w:r>
            <w:r>
              <w:rPr>
                <w:i/>
                <w:sz w:val="18"/>
              </w:rPr>
              <w:br/>
              <w:t>Storyboard Unveiling &amp; Official Photograph</w:t>
            </w:r>
          </w:p>
          <w:p w14:paraId="16CBDF8F" w14:textId="77777777" w:rsidR="00D156BB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Formal Rededication</w:t>
            </w:r>
          </w:p>
          <w:p w14:paraId="264C3968" w14:textId="77777777" w:rsidR="00D156BB" w:rsidRDefault="00000000">
            <w:pPr>
              <w:spacing w:after="60"/>
              <w:jc w:val="center"/>
            </w:pPr>
            <w:r>
              <w:rPr>
                <w:i/>
                <w:sz w:val="18"/>
              </w:rPr>
              <w:t>Alfred J. Lambert Riverside Park</w:t>
            </w:r>
            <w:r>
              <w:rPr>
                <w:i/>
                <w:sz w:val="18"/>
              </w:rPr>
              <w:br/>
              <w:t>Ceremonial Rededication &amp; Official Photograph</w:t>
            </w:r>
          </w:p>
          <w:p w14:paraId="5543170F" w14:textId="77777777" w:rsidR="00D156BB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Project Recognition</w:t>
            </w:r>
          </w:p>
          <w:p w14:paraId="09D870D8" w14:textId="77777777" w:rsidR="00D156BB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Closing Remarks</w:t>
            </w:r>
          </w:p>
          <w:p w14:paraId="4F6DD281" w14:textId="77777777" w:rsidR="00D156BB" w:rsidRDefault="00000000">
            <w:pPr>
              <w:spacing w:after="60"/>
              <w:jc w:val="center"/>
            </w:pPr>
            <w:r>
              <w:rPr>
                <w:i/>
                <w:sz w:val="18"/>
              </w:rPr>
              <w:t>Carrie Hyde, Chairwoman</w:t>
            </w:r>
            <w:r>
              <w:rPr>
                <w:i/>
                <w:sz w:val="18"/>
              </w:rPr>
              <w:br/>
              <w:t>Hooksett Heritage Commission</w:t>
            </w:r>
          </w:p>
          <w:p w14:paraId="43317601" w14:textId="77777777" w:rsidR="00D156BB" w:rsidRDefault="00000000">
            <w:pPr>
              <w:spacing w:after="0"/>
              <w:jc w:val="center"/>
            </w:pPr>
            <w:r>
              <w:rPr>
                <w:b/>
                <w:sz w:val="20"/>
              </w:rPr>
              <w:t>Final Commemorative Photograph</w:t>
            </w:r>
          </w:p>
        </w:tc>
      </w:tr>
    </w:tbl>
    <w:p w14:paraId="2E2E5224" w14:textId="77777777" w:rsidR="00D156BB" w:rsidRDefault="00000000">
      <w:pPr>
        <w:spacing w:before="120" w:after="40"/>
        <w:jc w:val="center"/>
      </w:pPr>
      <w:r>
        <w:rPr>
          <w:i/>
          <w:sz w:val="19"/>
        </w:rPr>
        <w:t>Today we formally reaffirm the historic identity and full name of this community space:</w:t>
      </w:r>
    </w:p>
    <w:p w14:paraId="4211EFD1" w14:textId="77777777" w:rsidR="00D156BB" w:rsidRDefault="00000000">
      <w:pPr>
        <w:spacing w:after="40"/>
        <w:jc w:val="center"/>
      </w:pPr>
      <w:r>
        <w:rPr>
          <w:b/>
          <w:sz w:val="26"/>
        </w:rPr>
        <w:t>Alfred J. Lambert Riverside Park</w:t>
      </w:r>
    </w:p>
    <w:p w14:paraId="4529FC5E" w14:textId="77777777" w:rsidR="00D156BB" w:rsidRDefault="00000000">
      <w:pPr>
        <w:spacing w:after="40"/>
        <w:jc w:val="center"/>
      </w:pPr>
      <w:r>
        <w:rPr>
          <w:i/>
          <w:sz w:val="19"/>
        </w:rPr>
        <w:t>A place of recreation • reflection • history • community</w:t>
      </w:r>
    </w:p>
    <w:p w14:paraId="76C37B03" w14:textId="77777777" w:rsidR="00D156BB" w:rsidRDefault="00000000">
      <w:pPr>
        <w:spacing w:before="60" w:after="0"/>
        <w:jc w:val="center"/>
      </w:pPr>
      <w:r>
        <w:rPr>
          <w:sz w:val="18"/>
        </w:rPr>
        <w:t>Following the ceremony, guests are invited to visit the new storyboards and enjoy the park along the Merrimack River.</w:t>
      </w:r>
    </w:p>
    <w:sectPr w:rsidR="00D156BB" w:rsidSect="00034616">
      <w:pgSz w:w="12240" w:h="15840"/>
      <w:pgMar w:top="648" w:right="792" w:bottom="648" w:left="792" w:header="720" w:footer="720" w:gutter="0"/>
      <w:pgBorders w:offsetFrom="page">
        <w:top w:val="single" w:sz="10" w:space="18" w:color="4F5D4A"/>
        <w:left w:val="single" w:sz="10" w:space="18" w:color="4F5D4A"/>
        <w:bottom w:val="single" w:sz="10" w:space="18" w:color="4F5D4A"/>
        <w:right w:val="single" w:sz="10" w:space="18" w:color="4F5D4A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4405177">
    <w:abstractNumId w:val="8"/>
  </w:num>
  <w:num w:numId="2" w16cid:durableId="973560348">
    <w:abstractNumId w:val="6"/>
  </w:num>
  <w:num w:numId="3" w16cid:durableId="1125586304">
    <w:abstractNumId w:val="5"/>
  </w:num>
  <w:num w:numId="4" w16cid:durableId="1496022544">
    <w:abstractNumId w:val="4"/>
  </w:num>
  <w:num w:numId="5" w16cid:durableId="152645138">
    <w:abstractNumId w:val="7"/>
  </w:num>
  <w:num w:numId="6" w16cid:durableId="786319602">
    <w:abstractNumId w:val="3"/>
  </w:num>
  <w:num w:numId="7" w16cid:durableId="1317029778">
    <w:abstractNumId w:val="2"/>
  </w:num>
  <w:num w:numId="8" w16cid:durableId="637423061">
    <w:abstractNumId w:val="1"/>
  </w:num>
  <w:num w:numId="9" w16cid:durableId="1082024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45B4"/>
    <w:rsid w:val="00AA1D8D"/>
    <w:rsid w:val="00B47730"/>
    <w:rsid w:val="00C2389A"/>
    <w:rsid w:val="00CB0664"/>
    <w:rsid w:val="00D156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ABC950"/>
  <w14:defaultImageDpi w14:val="300"/>
  <w15:docId w15:val="{5052BD44-E2BE-4C39-86D4-7991B3316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Garamond" w:hAnsi="Garamond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Carrie Hyde</cp:lastModifiedBy>
  <cp:revision>2</cp:revision>
  <dcterms:created xsi:type="dcterms:W3CDTF">2026-09-19T04:37:00Z</dcterms:created>
  <dcterms:modified xsi:type="dcterms:W3CDTF">2026-09-19T04:37:00Z</dcterms:modified>
  <cp:category/>
</cp:coreProperties>
</file>